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55C5" w14:textId="77777777" w:rsidR="00AD1EB6" w:rsidRPr="00A96EF9" w:rsidRDefault="00000000" w:rsidP="00A96EF9">
      <w:pPr>
        <w:jc w:val="center"/>
        <w:rPr>
          <w:rFonts w:ascii="Times New Roman" w:hAnsi="Times New Roman" w:cs="Times New Roman"/>
          <w:sz w:val="26"/>
          <w:szCs w:val="26"/>
        </w:rPr>
      </w:pPr>
      <w:r w:rsidRPr="00A96EF9">
        <w:rPr>
          <w:rFonts w:ascii="Times New Roman" w:hAnsi="Times New Roman" w:cs="Times New Roman"/>
          <w:b/>
          <w:sz w:val="26"/>
          <w:szCs w:val="26"/>
        </w:rPr>
        <w:t>Modalità di attivazione del tirocinio di Nutrizione e Alimentazione animale</w:t>
      </w:r>
    </w:p>
    <w:p w14:paraId="33A4C854" w14:textId="77777777" w:rsidR="00A96EF9" w:rsidRPr="00A96EF9" w:rsidRDefault="00A96EF9">
      <w:pPr>
        <w:rPr>
          <w:rFonts w:ascii="Times New Roman" w:hAnsi="Times New Roman" w:cs="Times New Roman"/>
          <w:b/>
        </w:rPr>
      </w:pPr>
    </w:p>
    <w:p w14:paraId="7B8D4D97" w14:textId="2B06818D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MODALITÀ DI SVOLGIMENTO DEL TIROCINIO</w:t>
      </w:r>
    </w:p>
    <w:p w14:paraId="76E690B0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Sede di svolgimento: Azienda Agricola Le Rene</w:t>
      </w:r>
    </w:p>
    <w:p w14:paraId="0649B34A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Indirizzo: Via Le Rene,73 - 56121 Coltano (PI)</w:t>
      </w:r>
    </w:p>
    <w:p w14:paraId="546FE164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Tel: +39 050.980232</w:t>
      </w:r>
    </w:p>
    <w:p w14:paraId="6326AC6B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email: alessio.madrigali@taiagricola.it</w:t>
      </w:r>
    </w:p>
    <w:p w14:paraId="5DB15EB5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Settore di svolgimento del tirocinio: AGR/18</w:t>
      </w:r>
    </w:p>
    <w:p w14:paraId="1C823F47" w14:textId="77777777" w:rsidR="00A96EF9" w:rsidRDefault="00A96EF9">
      <w:pPr>
        <w:rPr>
          <w:rFonts w:ascii="Times New Roman" w:hAnsi="Times New Roman" w:cs="Times New Roman"/>
          <w:b/>
        </w:rPr>
      </w:pPr>
    </w:p>
    <w:p w14:paraId="788B3DC9" w14:textId="5615C70E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DATI TUTOR DEL SOGGETTO PROPONENTE ED OSPITANTE</w:t>
      </w:r>
    </w:p>
    <w:p w14:paraId="10CE47C7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Tutor del soggetto promotore: Prof.ssa Sara Minieri</w:t>
      </w:r>
    </w:p>
    <w:p w14:paraId="54A4453B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Tel: 050-2216906</w:t>
      </w:r>
    </w:p>
    <w:p w14:paraId="3D00BB28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Fax: 050-2210654 Email: sara.minieri@unipi.it</w:t>
      </w:r>
    </w:p>
    <w:p w14:paraId="6018B563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Tutor del soggetto ospitante: Dott. Alessio Madrigali</w:t>
      </w:r>
    </w:p>
    <w:p w14:paraId="2EF37839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Tel: 050-980232</w:t>
      </w:r>
    </w:p>
    <w:p w14:paraId="4D57F3B4" w14:textId="22E7D00F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 xml:space="preserve">• Email: </w:t>
      </w:r>
      <w:r w:rsidR="00B1063B" w:rsidRPr="00A96EF9">
        <w:rPr>
          <w:rFonts w:ascii="Times New Roman" w:hAnsi="Times New Roman" w:cs="Times New Roman"/>
        </w:rPr>
        <w:t>alessio.madrigali@taiagricola.it</w:t>
      </w:r>
    </w:p>
    <w:p w14:paraId="660EF212" w14:textId="77777777" w:rsidR="00A96EF9" w:rsidRDefault="00A96EF9">
      <w:pPr>
        <w:rPr>
          <w:rFonts w:ascii="Times New Roman" w:hAnsi="Times New Roman" w:cs="Times New Roman"/>
          <w:b/>
        </w:rPr>
      </w:pPr>
    </w:p>
    <w:p w14:paraId="422D27CB" w14:textId="4F14A51C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Durata del tirocinio</w:t>
      </w:r>
    </w:p>
    <w:p w14:paraId="595C63B2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2 settimane</w:t>
      </w:r>
    </w:p>
    <w:p w14:paraId="48699268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Giorni alla settimana previsti: 3</w:t>
      </w:r>
    </w:p>
    <w:p w14:paraId="15228B75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Ore settimanali previste: 25 (10+10+5)</w:t>
      </w:r>
    </w:p>
    <w:p w14:paraId="694CBBA7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Ore totali: 50</w:t>
      </w:r>
    </w:p>
    <w:p w14:paraId="78790730" w14:textId="77777777" w:rsidR="00A96EF9" w:rsidRDefault="00A96EF9">
      <w:pPr>
        <w:rPr>
          <w:rFonts w:ascii="Times New Roman" w:hAnsi="Times New Roman" w:cs="Times New Roman"/>
          <w:b/>
        </w:rPr>
      </w:pPr>
    </w:p>
    <w:p w14:paraId="759596FC" w14:textId="77777777" w:rsidR="00A96EF9" w:rsidRDefault="00A96EF9">
      <w:pPr>
        <w:rPr>
          <w:rFonts w:ascii="Times New Roman" w:hAnsi="Times New Roman" w:cs="Times New Roman"/>
          <w:b/>
        </w:rPr>
      </w:pPr>
    </w:p>
    <w:p w14:paraId="31025CD4" w14:textId="77777777" w:rsidR="00A96EF9" w:rsidRDefault="00A96EF9">
      <w:pPr>
        <w:rPr>
          <w:rFonts w:ascii="Times New Roman" w:hAnsi="Times New Roman" w:cs="Times New Roman"/>
          <w:b/>
        </w:rPr>
      </w:pPr>
    </w:p>
    <w:p w14:paraId="7672272B" w14:textId="77777777" w:rsidR="00A96EF9" w:rsidRDefault="00A96EF9">
      <w:pPr>
        <w:rPr>
          <w:rFonts w:ascii="Times New Roman" w:hAnsi="Times New Roman" w:cs="Times New Roman"/>
          <w:b/>
        </w:rPr>
      </w:pPr>
    </w:p>
    <w:p w14:paraId="3FC7DFB1" w14:textId="42B009BB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lastRenderedPageBreak/>
        <w:t>Informazioni generali</w:t>
      </w:r>
    </w:p>
    <w:p w14:paraId="71DD63F6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Il tirocinio è composto da 2 CFU esterni (2 settimane; AGR/18, Alimentazione animale)</w:t>
      </w:r>
    </w:p>
    <w:p w14:paraId="5550CC54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Sono ammessi 2 studenti per periodo</w:t>
      </w:r>
    </w:p>
    <w:p w14:paraId="17BB8504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Il progetto formativo dovrà essere fatto in azienda previa prenotazione via mail con il Dott. Alessio Madrigali (email: alessio.madrigali@taiagricola.it)</w:t>
      </w:r>
    </w:p>
    <w:p w14:paraId="0FEA9D68" w14:textId="2918FFD3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 xml:space="preserve">• Prenotazioni: </w:t>
      </w:r>
      <w:hyperlink r:id="rId6" w:history="1">
        <w:r w:rsidR="00AD1EB6" w:rsidRPr="00A96EF9">
          <w:rPr>
            <w:rStyle w:val="Hyperlink"/>
            <w:rFonts w:ascii="Times New Roman" w:hAnsi="Times New Roman" w:cs="Times New Roman"/>
          </w:rPr>
          <w:t>https://test.vet.unipi.it/enrol/index.php?id=57</w:t>
        </w:r>
      </w:hyperlink>
      <w:r w:rsidRPr="00A96EF9">
        <w:rPr>
          <w:rFonts w:ascii="Times New Roman" w:hAnsi="Times New Roman" w:cs="Times New Roman"/>
        </w:rPr>
        <w:t xml:space="preserve"> (Shibboleth login con credenziali Alice)</w:t>
      </w:r>
    </w:p>
    <w:p w14:paraId="36A5660A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Breve descrizione del tirocinio</w:t>
      </w:r>
    </w:p>
    <w:p w14:paraId="02485D83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Lo studente sarà coinvolto nella gestione zootecnica e alimentare di bovini da latte e da carne nelle seguenti attività:</w:t>
      </w:r>
    </w:p>
    <w:p w14:paraId="2D380FD5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Valutare l'organizzazione complessiva dell'allevamento, in particolare la gestione dell’alimentazione</w:t>
      </w:r>
    </w:p>
    <w:p w14:paraId="5AC41C6C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Riconoscere e valutare la qualità degli alimenti utilizzati in azienda</w:t>
      </w:r>
    </w:p>
    <w:p w14:paraId="30833500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Considerare le tecniche di conservazione e somministrazione degli alimenti</w:t>
      </w:r>
    </w:p>
    <w:p w14:paraId="34950BB4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Valutare le razioni nelle diverse situazioni produttive</w:t>
      </w:r>
    </w:p>
    <w:p w14:paraId="54EED5E6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Evidenziare le principali patologie di origine alimentare presenti</w:t>
      </w:r>
    </w:p>
    <w:p w14:paraId="6990CCC4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Competenze da acquisire</w:t>
      </w:r>
    </w:p>
    <w:p w14:paraId="730C70D6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Competenze specifiche sulla gestione alimentare della bovina da latte e dei bovini da carne</w:t>
      </w:r>
    </w:p>
    <w:p w14:paraId="3F51C8B0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Prerequisiti necessari</w:t>
      </w:r>
    </w:p>
    <w:p w14:paraId="3F8CE706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Conoscenze di base per svolgere il tirocinio</w:t>
      </w:r>
    </w:p>
    <w:p w14:paraId="1B8797EA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Certificato di idoneità al Corso di Formazione per la Sicurezza</w:t>
      </w:r>
    </w:p>
    <w:p w14:paraId="458A96FE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Documentazione da presentare (almeno una settimana prima dell'inizio)</w:t>
      </w:r>
    </w:p>
    <w:p w14:paraId="70CF69C2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Progetto Formativo firmato dalla Struttura ospitante e dal Referente di Settore</w:t>
      </w:r>
    </w:p>
    <w:p w14:paraId="60192F5C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Domanda di tirocinio firmata dal Referente di Settore</w:t>
      </w:r>
    </w:p>
    <w:p w14:paraId="413ACE3D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Certificato di idoneità al Corso Sicurezza</w:t>
      </w:r>
    </w:p>
    <w:p w14:paraId="0806D0A2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Certificato medico per attività di tirocinio</w:t>
      </w:r>
    </w:p>
    <w:p w14:paraId="087E7B7F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L’Unità Didattica verificherà i documenti e attiverà le procedure assicurative</w:t>
      </w:r>
    </w:p>
    <w:p w14:paraId="775463CA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t>I tirocini svolti senza aver presentato la documentazione NON saranno ritenuti validi.</w:t>
      </w:r>
    </w:p>
    <w:p w14:paraId="7B854679" w14:textId="0B878655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  <w:b/>
        </w:rPr>
        <w:lastRenderedPageBreak/>
        <w:t>Riconoscimento del tirocinio</w:t>
      </w:r>
    </w:p>
    <w:p w14:paraId="42ED872B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Entro una settimana dal termine, lo studente deve inviare alla Prof.ssa Sara Minieri:</w:t>
      </w:r>
    </w:p>
    <w:p w14:paraId="2D675629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Allegato 3a (Riepilogo presenze e competenze acquisite), firmato dal tutor esterno</w:t>
      </w:r>
    </w:p>
    <w:p w14:paraId="70613F0E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Successivamente:</w:t>
      </w:r>
    </w:p>
    <w:p w14:paraId="5DBCE5F5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Allegato 3a controfirmato dal Tutor ospitante</w:t>
      </w:r>
    </w:p>
    <w:p w14:paraId="32CEDB2B" w14:textId="77777777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• Scheda di valutazione del tirocinio pratico dello studente</w:t>
      </w:r>
    </w:p>
    <w:p w14:paraId="44BAE16E" w14:textId="57499030" w:rsidR="00AD1EB6" w:rsidRPr="00A96EF9" w:rsidRDefault="00000000">
      <w:pPr>
        <w:rPr>
          <w:rFonts w:ascii="Times New Roman" w:hAnsi="Times New Roman" w:cs="Times New Roman"/>
        </w:rPr>
      </w:pPr>
      <w:r w:rsidRPr="00A96EF9">
        <w:rPr>
          <w:rFonts w:ascii="Times New Roman" w:hAnsi="Times New Roman" w:cs="Times New Roman"/>
        </w:rPr>
        <w:t>Il tutto deve essere</w:t>
      </w:r>
      <w:r w:rsidR="00A96EF9">
        <w:rPr>
          <w:rFonts w:ascii="Times New Roman" w:hAnsi="Times New Roman" w:cs="Times New Roman"/>
        </w:rPr>
        <w:t xml:space="preserve"> poi</w:t>
      </w:r>
      <w:r w:rsidRPr="00A96EF9">
        <w:rPr>
          <w:rFonts w:ascii="Times New Roman" w:hAnsi="Times New Roman" w:cs="Times New Roman"/>
        </w:rPr>
        <w:t xml:space="preserve"> inviato al</w:t>
      </w:r>
      <w:r w:rsidR="007E71BE">
        <w:rPr>
          <w:rFonts w:ascii="Times New Roman" w:hAnsi="Times New Roman" w:cs="Times New Roman"/>
        </w:rPr>
        <w:t xml:space="preserve"> referente d’Area, Prof.ssa Giovanna Preziuso</w:t>
      </w:r>
    </w:p>
    <w:sectPr w:rsidR="00AD1EB6" w:rsidRPr="00A96EF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044832">
    <w:abstractNumId w:val="8"/>
  </w:num>
  <w:num w:numId="2" w16cid:durableId="1973630617">
    <w:abstractNumId w:val="6"/>
  </w:num>
  <w:num w:numId="3" w16cid:durableId="2130666352">
    <w:abstractNumId w:val="5"/>
  </w:num>
  <w:num w:numId="4" w16cid:durableId="906494867">
    <w:abstractNumId w:val="4"/>
  </w:num>
  <w:num w:numId="5" w16cid:durableId="210307712">
    <w:abstractNumId w:val="7"/>
  </w:num>
  <w:num w:numId="6" w16cid:durableId="393939307">
    <w:abstractNumId w:val="3"/>
  </w:num>
  <w:num w:numId="7" w16cid:durableId="2056929054">
    <w:abstractNumId w:val="2"/>
  </w:num>
  <w:num w:numId="8" w16cid:durableId="1440446191">
    <w:abstractNumId w:val="1"/>
  </w:num>
  <w:num w:numId="9" w16cid:durableId="456528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7BB4"/>
    <w:rsid w:val="0006063C"/>
    <w:rsid w:val="00143CD1"/>
    <w:rsid w:val="0015074B"/>
    <w:rsid w:val="0029639D"/>
    <w:rsid w:val="00326F90"/>
    <w:rsid w:val="007E71BE"/>
    <w:rsid w:val="008A3C5D"/>
    <w:rsid w:val="009F1D26"/>
    <w:rsid w:val="00A96EF9"/>
    <w:rsid w:val="00AA1D8D"/>
    <w:rsid w:val="00AD1EB6"/>
    <w:rsid w:val="00B1063B"/>
    <w:rsid w:val="00B47730"/>
    <w:rsid w:val="00CB0664"/>
    <w:rsid w:val="00F26825"/>
    <w:rsid w:val="00F431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46059"/>
  <w14:defaultImageDpi w14:val="300"/>
  <w15:docId w15:val="{BC62A22A-D8A6-B84B-8518-EAEFFB1B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96E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E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6E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st.vet.unipi.it/enrol/index.php?id=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368</Words>
  <Characters>2506</Characters>
  <Application>Microsoft Office Word</Application>
  <DocSecurity>0</DocSecurity>
  <Lines>64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Andrea Armani</cp:lastModifiedBy>
  <cp:revision>6</cp:revision>
  <dcterms:created xsi:type="dcterms:W3CDTF">2026-02-06T18:14:00Z</dcterms:created>
  <dcterms:modified xsi:type="dcterms:W3CDTF">2026-02-27T12:38:00Z</dcterms:modified>
  <cp:category/>
</cp:coreProperties>
</file>